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4932"/>
        <w:gridCol w:w="4706"/>
      </w:tblGrid>
      <w:tr>
        <w:tc>
          <w:tcPr>
            <w:tcW w:type="dxa" w:w="4819"/>
          </w:tcPr>
          <w:p/>
        </w:tc>
        <w:tc>
          <w:tcPr>
            <w:tcW w:type="dxa" w:w="4819"/>
          </w:tcPr>
          <w:p>
            <w:pPr>
              <w:spacing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Додаток 15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до наказу Департаменту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освіти і науки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06 серпня 2026 року № 193</w:t>
            </w:r>
          </w:p>
        </w:tc>
      </w:tr>
    </w:tbl>
    <w:p>
      <w:pPr>
        <w:spacing w:before="520" w:after="480"/>
        <w:jc w:val="center"/>
      </w:pPr>
      <w:r>
        <w:rPr>
          <w:rFonts w:ascii="Times New Roman" w:hAnsi="Times New Roman" w:eastAsia="Times New Roman"/>
          <w:b/>
          <w:i w:val="0"/>
          <w:color w:val="10274B"/>
          <w:sz w:val="30"/>
        </w:rPr>
        <w:t>ЗГОДА</w:t>
      </w:r>
      <w:r>
        <w:br/>
      </w:r>
      <w:r>
        <w:rPr>
          <w:rFonts w:ascii="Times New Roman" w:hAnsi="Times New Roman" w:eastAsia="Times New Roman"/>
          <w:b w:val="0"/>
          <w:i w:val="0"/>
          <w:sz w:val="27"/>
        </w:rPr>
        <w:t>на обробку персональних даних</w:t>
      </w:r>
    </w:p>
    <w:p>
      <w:pPr>
        <w:spacing w:after="0"/>
      </w:pPr>
      <w:r>
        <w:rPr>
          <w:rFonts w:ascii="Times New Roman" w:hAnsi="Times New Roman" w:eastAsia="Times New Roman"/>
          <w:b w:val="0"/>
          <w:i w:val="0"/>
          <w:sz w:val="26"/>
        </w:rPr>
        <w:t xml:space="preserve">Я, </w:t>
      </w:r>
      <w:r>
        <w:rPr>
          <w:rFonts w:ascii="Times New Roman" w:hAnsi="Times New Roman" w:eastAsia="Times New Roman"/>
          <w:b w:val="0"/>
          <w:i w:val="0"/>
          <w:sz w:val="26"/>
        </w:rPr>
        <w:t>__________________________________________________________________</w:t>
      </w:r>
    </w:p>
    <w:p>
      <w:pPr>
        <w:spacing w:after="240"/>
        <w:jc w:val="center"/>
      </w:pPr>
      <w:r>
        <w:rPr>
          <w:rFonts w:ascii="Times New Roman" w:hAnsi="Times New Roman" w:eastAsia="Times New Roman"/>
          <w:b w:val="0"/>
          <w:i/>
          <w:color w:val="5F6978"/>
          <w:sz w:val="21"/>
        </w:rPr>
        <w:t>(прізвище, власне ім’я, по батькові (за наявності))</w:t>
      </w:r>
    </w:p>
    <w:p>
      <w:pPr>
        <w:spacing w:after="0"/>
      </w:pPr>
      <w:r>
        <w:rPr>
          <w:rFonts w:ascii="Times New Roman" w:hAnsi="Times New Roman" w:eastAsia="Times New Roman"/>
          <w:b w:val="0"/>
          <w:i w:val="0"/>
          <w:sz w:val="25"/>
        </w:rPr>
        <w:t xml:space="preserve">народився/лася ____ ________ ________ року, документ, що посвідчує особу (серія __________ № ____________, виданий </w:t>
      </w:r>
      <w:r>
        <w:rPr>
          <w:rFonts w:ascii="Times New Roman" w:hAnsi="Times New Roman" w:eastAsia="Times New Roman"/>
          <w:b w:val="0"/>
          <w:i w:val="0"/>
          <w:sz w:val="25"/>
        </w:rPr>
        <w:t>________________________</w:t>
      </w:r>
    </w:p>
    <w:p>
      <w:pPr>
        <w:spacing w:after="0"/>
      </w:pPr>
      <w:r>
        <w:rPr>
          <w:rFonts w:ascii="Times New Roman" w:hAnsi="Times New Roman" w:eastAsia="Times New Roman"/>
          <w:b w:val="0"/>
          <w:i w:val="0"/>
          <w:sz w:val="25"/>
        </w:rPr>
      </w:r>
      <w:r>
        <w:rPr>
          <w:rFonts w:ascii="Times New Roman" w:hAnsi="Times New Roman" w:eastAsia="Times New Roman"/>
          <w:b w:val="0"/>
          <w:i w:val="0"/>
          <w:sz w:val="25"/>
        </w:rPr>
        <w:t>__________________________________________________________________________________________</w:t>
      </w:r>
    </w:p>
    <w:p>
      <w:pPr>
        <w:spacing w:after="140" w:line="259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5"/>
        </w:rPr>
        <w:t>відповідно до Закону України "Про захист персональних даних" даю згоду на: обробку моїх персональних даних з первинних джерел у такому обсязі: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довідки, номери телефонів, дані про мою участь у міжнародних та європейських проєктах;</w:t>
      </w:r>
    </w:p>
    <w:p>
      <w:pPr>
        <w:spacing w:after="140" w:line="259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5"/>
        </w:rPr>
        <w:t>використання персональних даних, що передбачає дії володільця бази щодо обробки цих даних, у тому числі використання персональних даних відповідно до їх професійних чи службових або трудових обов’язків, дії щодо їх захисту, а також дії щодо надання часткового або повного права обробки персональних даних іншим суб’єктам відносин, пов’язаних із персональними даними (стаття 10 зазначеного Закону);</w:t>
      </w:r>
    </w:p>
    <w:p>
      <w:pPr>
        <w:spacing w:after="140" w:line="259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5"/>
        </w:rPr>
        <w:t>поширення персональних даних, що передбачає дії володільця бази персональних даних щодо передачі відомостей про фізичну особу з бази персональних даних (стаття 14 зазначеного Закону);</w:t>
      </w:r>
    </w:p>
    <w:p>
      <w:pPr>
        <w:spacing w:after="140" w:line="259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5"/>
        </w:rPr>
        <w:t>доступ до персональних даних третіх осіб, що визначає дії володільця бази персональних даних у разі отримання запиту від третьої особи щодо доступу до персональних даних, у тому числі порядок доступу суб’єкта персональних даних до відомостей про себе (стаття 16 зазначеного Закону).</w:t>
      </w:r>
    </w:p>
    <w:p>
      <w:pPr>
        <w:spacing w:after="0" w:line="259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5"/>
        </w:rPr>
        <w:t>Зобов’язуюсь у разі зміни моїх персональних даних надавати у найкоротший строк уточнену, достовірну інформацію та оригінали відповідних документів для оновлення моїх персональних даних.</w:t>
      </w:r>
    </w:p>
    <w:p>
      <w:pPr>
        <w:spacing w:before="200" w:after="0"/>
      </w:pPr>
    </w:p>
    <w:tbl>
      <w:tblPr>
        <w:tblW w:type="dxa" w:w="9634"/>
        <w:jc w:val="center"/>
        <w:tblLayout w:type="fixed"/>
        <w:tblLook w:firstColumn="1" w:firstRow="1" w:lastColumn="0" w:lastRow="0" w:noHBand="0" w:noVBand="1" w:val="04A0"/>
        <w:tblInd w:w="12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4800"/>
        <w:gridCol w:w="4834"/>
      </w:tblGrid>
      <w:tr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________________________ 20____ р.</w:t>
            </w:r>
          </w:p>
        </w:tc>
        <w:tc>
          <w:tcPr>
            <w:tcW w:type="dxa" w:w="48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________________________</w:t>
            </w:r>
          </w:p>
        </w:tc>
      </w:tr>
      <w:tr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color w:val="5F6978"/>
                <w:sz w:val="19"/>
              </w:rPr>
              <w:t>(дата)</w:t>
            </w:r>
          </w:p>
        </w:tc>
        <w:tc>
          <w:tcPr>
            <w:tcW w:type="dxa" w:w="483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color w:val="5F6978"/>
                <w:sz w:val="19"/>
              </w:rPr>
              <w:t>(підпис)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1020" w:right="1134" w:bottom="907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Times New Roman" w:hAnsi="Times New Roman" w:eastAsia="Times New Roman"/>
        <w:b w:val="0"/>
        <w:i w:val="0"/>
        <w:color w:val="5F6978"/>
        <w:sz w:val="17"/>
      </w:rPr>
      <w:t>Додаток 15 до наказу ДОН від 06.08.2026 № 193</w:t>
    </w:r>
    <w:r>
      <w:t xml:space="preserve">              </w:t>
    </w:r>
    <w:r>
      <w:rPr>
        <w:rFonts w:ascii="Times New Roman" w:hAnsi="Times New Roman" w:eastAsia="Times New Roman"/>
        <w:b w:val="0"/>
        <w:i w:val="0"/>
        <w:color w:val="5F6978"/>
        <w:sz w:val="18"/>
      </w:rPr>
      <w:t xml:space="preserve">Сторінка </w:t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10274B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B42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B428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color w:val="10274B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