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932"/>
        <w:gridCol w:w="4706"/>
      </w:tblGrid>
      <w:tr>
        <w:tc>
          <w:tcPr>
            <w:tcW w:type="dxa" w:w="4819"/>
          </w:tcPr>
          <w:p/>
        </w:tc>
        <w:tc>
          <w:tcPr>
            <w:tcW w:type="dxa" w:w="4819"/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Додаток 13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 наказу Департаменту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освіти і науки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06 серпня 2026 року № 193</w:t>
            </w:r>
          </w:p>
        </w:tc>
      </w:tr>
    </w:tbl>
    <w:p>
      <w:pPr>
        <w:spacing w:before="240" w:after="40"/>
        <w:jc w:val="center"/>
      </w:pPr>
      <w:r>
        <w:rPr>
          <w:rFonts w:ascii="Times New Roman" w:hAnsi="Times New Roman" w:eastAsia="Times New Roman"/>
          <w:b/>
          <w:i w:val="0"/>
          <w:color w:val="10274B"/>
          <w:sz w:val="30"/>
        </w:rPr>
        <w:t>ЗАЯВКА</w:t>
      </w:r>
      <w:r>
        <w:br/>
      </w:r>
      <w:r>
        <w:rPr>
          <w:rFonts w:ascii="Times New Roman" w:hAnsi="Times New Roman" w:eastAsia="Times New Roman"/>
          <w:b w:val="0"/>
          <w:i w:val="0"/>
          <w:sz w:val="27"/>
        </w:rPr>
        <w:t>кандидата на входження до складу наглядової ради закладу професійної освіти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Кременчуцького професійного ліцею ім. А. С. Макаренка</w:t>
      </w:r>
    </w:p>
    <w:tbl>
      <w:tblPr>
        <w:tblW w:type="dxa" w:w="9634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7D8897"/>
          <w:left w:val="single" w:sz="6" w:space="0" w:color="7D8897"/>
          <w:bottom w:val="single" w:sz="6" w:space="0" w:color="7D8897"/>
          <w:right w:val="single" w:sz="6" w:space="0" w:color="7D8897"/>
          <w:insideH w:val="single" w:sz="6" w:space="0" w:color="7D8897"/>
          <w:insideV w:val="single" w:sz="6" w:space="0" w:color="7D8897"/>
        </w:tblBorders>
      </w:tblPr>
      <w:tblGrid>
        <w:gridCol w:w="4300"/>
        <w:gridCol w:w="5334"/>
      </w:tblGrid>
      <w:tr>
        <w:tc>
          <w:tcPr>
            <w:tcW w:type="dxa" w:w="9634"/>
            <w:gridSpan w:val="2"/>
            <w:shd w:fill="EAF3FB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0274B"/>
                <w:sz w:val="22"/>
              </w:rPr>
              <w:t>1. Інформація про підприємство, установу, організацію, компанію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Повна назва установи/підприємства/компанії/організації, адреса та контактні дані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br/>
              <w:br/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Короткий опис діяльності установи/підприємства/компанії/організації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br/>
              <w:br/>
            </w:r>
          </w:p>
        </w:tc>
      </w:tr>
      <w:tr>
        <w:tc>
          <w:tcPr>
            <w:tcW w:type="dxa" w:w="9634"/>
            <w:gridSpan w:val="2"/>
            <w:shd w:fill="EAF3FB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0274B"/>
                <w:sz w:val="22"/>
              </w:rPr>
              <w:t>2. Інформація про представника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Прізвище, власне ім’я, по батькові (за наявності)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Посада (за наявності)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Номер телефону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Адреса електронної пошти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9634"/>
            <w:gridSpan w:val="2"/>
            <w:shd w:fill="EAF3FB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0274B"/>
                <w:sz w:val="22"/>
              </w:rPr>
              <w:t>3. Співпраця з закладом професійної освіти (заповнюється роботодавцем)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Форма співпраці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Інформація, що підтверджує співпрацю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Надання матеріальної допомоги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Надання благодійної допомоги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Інвестування у діяльність закладу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Співпраця в рамках дуальної форми здобуття освіти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br/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Інше (зазначити)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9634"/>
            <w:gridSpan w:val="2"/>
            <w:shd w:fill="EAF3FB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0274B"/>
                <w:sz w:val="22"/>
              </w:rPr>
              <w:t>4. Підтвердження достовірності інформації</w:t>
            </w:r>
          </w:p>
        </w:tc>
      </w:tr>
      <w:tr>
        <w:tc>
          <w:tcPr>
            <w:tcW w:type="dxa" w:w="4300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Я підтверджую достовірність наданої інформації</w:t>
            </w:r>
          </w:p>
        </w:tc>
        <w:tc>
          <w:tcPr>
            <w:tcW w:type="dxa" w:w="5334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□   Так</w:t>
            </w:r>
          </w:p>
        </w:tc>
      </w:tr>
    </w:tbl>
    <w:p>
      <w:pPr>
        <w:spacing w:before="200" w:after="160"/>
      </w:pPr>
      <w:r>
        <w:rPr>
          <w:rFonts w:ascii="Times New Roman" w:hAnsi="Times New Roman" w:eastAsia="Times New Roman"/>
          <w:b w:val="0"/>
          <w:i w:val="0"/>
          <w:sz w:val="24"/>
        </w:rPr>
        <w:t>Підпис: ____________________</w:t>
      </w:r>
    </w:p>
    <w:p>
      <w:r>
        <w:rPr>
          <w:rFonts w:ascii="Times New Roman" w:hAnsi="Times New Roman" w:eastAsia="Times New Roman"/>
          <w:b w:val="0"/>
          <w:i w:val="0"/>
          <w:sz w:val="24"/>
        </w:rPr>
        <w:t>Дата: ______________________</w:t>
      </w:r>
    </w:p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b w:val="0"/>
        <w:i w:val="0"/>
        <w:color w:val="5F6978"/>
        <w:sz w:val="17"/>
      </w:rPr>
      <w:t>Додаток 13 до наказу ДОН від 06.08.2026 № 193</w:t>
    </w:r>
    <w:r>
      <w:t xml:space="preserve">              </w:t>
    </w:r>
    <w:r>
      <w:rPr>
        <w:rFonts w:ascii="Times New Roman" w:hAnsi="Times New Roman" w:eastAsia="Times New Roman"/>
        <w:b w:val="0"/>
        <w:i w:val="0"/>
        <w:color w:val="5F6978"/>
        <w:sz w:val="18"/>
      </w:rPr>
      <w:t xml:space="preserve">Сторінка </w:t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027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0274B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