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right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4932"/>
        <w:gridCol w:w="4706"/>
      </w:tblGrid>
      <w:tr>
        <w:tc>
          <w:tcPr>
            <w:tcW w:type="dxa" w:w="4819"/>
          </w:tcPr>
          <w:p/>
        </w:tc>
        <w:tc>
          <w:tcPr>
            <w:tcW w:type="dxa" w:w="4819"/>
          </w:tcPr>
          <w:p>
            <w:pPr>
              <w:spacing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Додаток 14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до наказу Департаменту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освіти і науки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06 серпня 2026 року № 193</w:t>
            </w:r>
          </w:p>
        </w:tc>
      </w:tr>
    </w:tbl>
    <w:p>
      <w:pPr>
        <w:spacing w:before="200"/>
        <w:jc w:val="right"/>
      </w:pPr>
      <w:r>
        <w:rPr>
          <w:rFonts w:ascii="Times New Roman" w:hAnsi="Times New Roman" w:eastAsia="Times New Roman"/>
          <w:b w:val="0"/>
          <w:i w:val="0"/>
          <w:sz w:val="23"/>
        </w:rPr>
        <w:t>Директору Департаменту освіти і науки</w:t>
        <w:br/>
      </w:r>
      <w:r>
        <w:rPr>
          <w:rFonts w:ascii="Times New Roman" w:hAnsi="Times New Roman" w:eastAsia="Times New Roman"/>
          <w:b w:val="0"/>
          <w:i w:val="0"/>
          <w:sz w:val="23"/>
        </w:rPr>
        <w:t>Полтавської обласної військової адміністрації</w:t>
        <w:br/>
      </w:r>
      <w:r>
        <w:rPr>
          <w:rFonts w:ascii="Times New Roman" w:hAnsi="Times New Roman" w:eastAsia="Times New Roman"/>
          <w:b w:val="0"/>
          <w:i w:val="0"/>
          <w:sz w:val="23"/>
        </w:rPr>
        <w:t>________________________________________</w:t>
        <w:br/>
      </w:r>
      <w:r>
        <w:rPr>
          <w:rFonts w:ascii="Times New Roman" w:hAnsi="Times New Roman" w:eastAsia="Times New Roman"/>
          <w:b w:val="0"/>
          <w:i/>
          <w:sz w:val="23"/>
        </w:rPr>
        <w:t>(прізвище, ім’я, по батькові)</w:t>
        <w:br/>
      </w:r>
      <w:r>
        <w:rPr>
          <w:rFonts w:ascii="Times New Roman" w:hAnsi="Times New Roman" w:eastAsia="Times New Roman"/>
          <w:b w:val="0"/>
          <w:i w:val="0"/>
          <w:sz w:val="23"/>
        </w:rPr>
        <w:t>від ____________________________________</w:t>
        <w:br/>
      </w:r>
      <w:r>
        <w:rPr>
          <w:rFonts w:ascii="Times New Roman" w:hAnsi="Times New Roman" w:eastAsia="Times New Roman"/>
          <w:b w:val="0"/>
          <w:i/>
          <w:sz w:val="23"/>
        </w:rPr>
        <w:t>(прізвище, ім’я, по батькові заявника)</w:t>
        <w:br/>
      </w:r>
      <w:r>
        <w:rPr>
          <w:rFonts w:ascii="Times New Roman" w:hAnsi="Times New Roman" w:eastAsia="Times New Roman"/>
          <w:b w:val="0"/>
          <w:i w:val="0"/>
          <w:sz w:val="23"/>
        </w:rPr>
        <w:t>________________________________________</w:t>
        <w:br/>
      </w:r>
      <w:r>
        <w:rPr>
          <w:rFonts w:ascii="Times New Roman" w:hAnsi="Times New Roman" w:eastAsia="Times New Roman"/>
          <w:b w:val="0"/>
          <w:i/>
          <w:sz w:val="23"/>
        </w:rPr>
        <w:t>(посада заявника)</w:t>
        <w:br/>
      </w:r>
      <w:r>
        <w:rPr>
          <w:rFonts w:ascii="Times New Roman" w:hAnsi="Times New Roman" w:eastAsia="Times New Roman"/>
          <w:b w:val="0"/>
          <w:i w:val="0"/>
          <w:sz w:val="23"/>
        </w:rPr>
        <w:t>________________________________________</w:t>
        <w:br/>
      </w:r>
      <w:r>
        <w:rPr>
          <w:rFonts w:ascii="Times New Roman" w:hAnsi="Times New Roman" w:eastAsia="Times New Roman"/>
          <w:b w:val="0"/>
          <w:i/>
          <w:sz w:val="23"/>
        </w:rPr>
        <w:t>(повна назва організації-роботодавця)</w:t>
        <w:br/>
      </w:r>
      <w:r>
        <w:rPr>
          <w:rFonts w:ascii="Times New Roman" w:hAnsi="Times New Roman" w:eastAsia="Times New Roman"/>
          <w:b w:val="0"/>
          <w:i w:val="0"/>
          <w:sz w:val="23"/>
        </w:rPr>
        <w:t>тел.: ___________________________________</w:t>
        <w:br/>
      </w:r>
      <w:r>
        <w:rPr>
          <w:rFonts w:ascii="Times New Roman" w:hAnsi="Times New Roman" w:eastAsia="Times New Roman"/>
          <w:b w:val="0"/>
          <w:i w:val="0"/>
          <w:sz w:val="23"/>
        </w:rPr>
        <w:t>e-mail: _________________________________</w:t>
        <w:br/>
      </w:r>
    </w:p>
    <w:p>
      <w:pPr>
        <w:spacing w:before="160" w:after="240"/>
        <w:jc w:val="center"/>
      </w:pPr>
      <w:r>
        <w:rPr>
          <w:rFonts w:ascii="Times New Roman" w:hAnsi="Times New Roman" w:eastAsia="Times New Roman"/>
          <w:b/>
          <w:i w:val="0"/>
          <w:color w:val="10274B"/>
          <w:sz w:val="30"/>
        </w:rPr>
        <w:t>ЗАЯВА-ЗГОДА</w:t>
      </w:r>
      <w:r>
        <w:br/>
      </w:r>
      <w:r>
        <w:rPr>
          <w:rFonts w:ascii="Times New Roman" w:hAnsi="Times New Roman" w:eastAsia="Times New Roman"/>
          <w:b w:val="0"/>
          <w:i w:val="0"/>
          <w:sz w:val="27"/>
        </w:rPr>
        <w:t>представника роботодавця</w:t>
        <w:br/>
        <w:t>щодо входження до складу наглядової ради закладу професійної освіти</w:t>
      </w:r>
    </w:p>
    <w:p>
      <w:pPr>
        <w:spacing w:after="0"/>
      </w:pPr>
      <w:r>
        <w:rPr>
          <w:rFonts w:ascii="Times New Roman" w:hAnsi="Times New Roman" w:eastAsia="Times New Roman"/>
          <w:b w:val="0"/>
          <w:i w:val="0"/>
          <w:sz w:val="26"/>
        </w:rPr>
        <w:t xml:space="preserve">Я, </w:t>
      </w:r>
      <w:r>
        <w:rPr>
          <w:rFonts w:ascii="Times New Roman" w:hAnsi="Times New Roman" w:eastAsia="Times New Roman"/>
          <w:b w:val="0"/>
          <w:i w:val="0"/>
          <w:sz w:val="26"/>
        </w:rPr>
        <w:t>__________________________________________________________________</w:t>
      </w:r>
    </w:p>
    <w:p>
      <w:pPr>
        <w:spacing w:after="40"/>
        <w:jc w:val="center"/>
      </w:pPr>
      <w:r>
        <w:rPr>
          <w:rFonts w:ascii="Times New Roman" w:hAnsi="Times New Roman" w:eastAsia="Times New Roman"/>
          <w:b w:val="0"/>
          <w:i/>
          <w:color w:val="5F6978"/>
          <w:sz w:val="21"/>
        </w:rPr>
        <w:t>(прізвище, ім’я, по батькові)</w:t>
      </w:r>
    </w:p>
    <w:p>
      <w:pPr>
        <w:spacing w:after="0"/>
      </w:pPr>
      <w:r>
        <w:rPr>
          <w:rFonts w:ascii="Times New Roman" w:hAnsi="Times New Roman" w:eastAsia="Times New Roman"/>
          <w:b w:val="0"/>
          <w:i w:val="0"/>
          <w:sz w:val="26"/>
        </w:rPr>
      </w:r>
      <w:r>
        <w:rPr>
          <w:rFonts w:ascii="Times New Roman" w:hAnsi="Times New Roman" w:eastAsia="Times New Roman"/>
          <w:b w:val="0"/>
          <w:i w:val="0"/>
          <w:sz w:val="26"/>
        </w:rPr>
        <w:t>______________________________________________________________________</w:t>
      </w:r>
    </w:p>
    <w:p>
      <w:pPr>
        <w:spacing w:after="40"/>
        <w:jc w:val="center"/>
      </w:pPr>
      <w:r>
        <w:rPr>
          <w:rFonts w:ascii="Times New Roman" w:hAnsi="Times New Roman" w:eastAsia="Times New Roman"/>
          <w:b w:val="0"/>
          <w:i/>
          <w:color w:val="5F6978"/>
          <w:sz w:val="21"/>
        </w:rPr>
        <w:t>(посада, місце роботи)</w:t>
      </w:r>
    </w:p>
    <w:p>
      <w:pPr>
        <w:spacing w:after="0"/>
      </w:pPr>
      <w:r>
        <w:rPr>
          <w:rFonts w:ascii="Times New Roman" w:hAnsi="Times New Roman" w:eastAsia="Times New Roman"/>
          <w:b w:val="0"/>
          <w:i w:val="0"/>
          <w:sz w:val="26"/>
        </w:rPr>
        <w:t xml:space="preserve">делегований(а) від </w:t>
      </w:r>
      <w:r>
        <w:rPr>
          <w:rFonts w:ascii="Times New Roman" w:hAnsi="Times New Roman" w:eastAsia="Times New Roman"/>
          <w:b w:val="0"/>
          <w:i w:val="0"/>
          <w:sz w:val="26"/>
        </w:rPr>
        <w:t>__________________________________________________</w:t>
      </w:r>
    </w:p>
    <w:p>
      <w:pPr>
        <w:spacing w:after="40"/>
        <w:jc w:val="center"/>
      </w:pPr>
      <w:r>
        <w:rPr>
          <w:rFonts w:ascii="Times New Roman" w:hAnsi="Times New Roman" w:eastAsia="Times New Roman"/>
          <w:b w:val="0"/>
          <w:i/>
          <w:color w:val="5F6978"/>
          <w:sz w:val="21"/>
        </w:rPr>
        <w:t>(повна назва організації-роботодавця)</w:t>
      </w:r>
    </w:p>
    <w:p>
      <w:pPr>
        <w:spacing w:after="0"/>
      </w:pPr>
      <w:r>
        <w:rPr>
          <w:rFonts w:ascii="Times New Roman" w:hAnsi="Times New Roman" w:eastAsia="Times New Roman"/>
          <w:b w:val="0"/>
          <w:i w:val="0"/>
          <w:sz w:val="26"/>
        </w:rPr>
        <w:t xml:space="preserve">для участі у наглядовій раді </w:t>
      </w:r>
      <w:r>
        <w:rPr>
          <w:rFonts w:ascii="Times New Roman" w:hAnsi="Times New Roman" w:eastAsia="Times New Roman"/>
          <w:b w:val="0"/>
          <w:i w:val="0"/>
          <w:sz w:val="26"/>
        </w:rPr>
        <w:t>__________________________________________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 w:val="0"/>
          <w:i/>
          <w:color w:val="5F6978"/>
          <w:sz w:val="21"/>
        </w:rPr>
        <w:t>(повна назва закладу професійної освіти)</w:t>
      </w:r>
    </w:p>
    <w:p>
      <w:pPr>
        <w:spacing w:after="200"/>
        <w:ind w:firstLine="567"/>
      </w:pPr>
      <w:r>
        <w:rPr>
          <w:rFonts w:ascii="Times New Roman" w:hAnsi="Times New Roman" w:eastAsia="Times New Roman"/>
          <w:b w:val="0"/>
          <w:i w:val="0"/>
          <w:sz w:val="26"/>
        </w:rPr>
        <w:t>прошу включити мене до складу наглядової ради Кременчуцького професійного ліцею ім. А. С. Макаренка як представника роботодавця.</w:t>
      </w:r>
    </w:p>
    <w:p>
      <w:pPr>
        <w:spacing w:after="80"/>
      </w:pPr>
      <w:r>
        <w:rPr>
          <w:rFonts w:ascii="Times New Roman" w:hAnsi="Times New Roman" w:eastAsia="Times New Roman"/>
          <w:b/>
          <w:i w:val="0"/>
          <w:sz w:val="26"/>
        </w:rPr>
        <w:t>Підтверджую, що:</w:t>
      </w:r>
    </w:p>
    <w:p>
      <w:pPr>
        <w:spacing w:after="40" w:line="240" w:lineRule="auto"/>
        <w:numPr>
          <w:ilvl w:val="0"/>
          <w:numId w:val="10"/>
        </w:numPr>
      </w:pPr>
      <w:r>
        <w:rPr>
          <w:rFonts w:ascii="Times New Roman" w:hAnsi="Times New Roman" w:eastAsia="Times New Roman"/>
          <w:b w:val="0"/>
          <w:i w:val="0"/>
          <w:sz w:val="25"/>
        </w:rPr>
        <w:t>ознайомлений(а) з вимогами Закону України "Про професійну освіту";</w:t>
      </w:r>
    </w:p>
    <w:p>
      <w:pPr>
        <w:spacing w:after="40" w:line="240" w:lineRule="auto"/>
        <w:numPr>
          <w:ilvl w:val="0"/>
          <w:numId w:val="10"/>
        </w:numPr>
      </w:pPr>
      <w:r>
        <w:rPr>
          <w:rFonts w:ascii="Times New Roman" w:hAnsi="Times New Roman" w:eastAsia="Times New Roman"/>
          <w:b w:val="0"/>
          <w:i w:val="0"/>
          <w:sz w:val="25"/>
        </w:rPr>
        <w:t>не є здобувачем освіти та не є працівником зазначеного закладу освіти;</w:t>
      </w:r>
    </w:p>
    <w:p>
      <w:pPr>
        <w:spacing w:after="40" w:line="240" w:lineRule="auto"/>
        <w:numPr>
          <w:ilvl w:val="0"/>
          <w:numId w:val="10"/>
        </w:numPr>
      </w:pPr>
      <w:r>
        <w:rPr>
          <w:rFonts w:ascii="Times New Roman" w:hAnsi="Times New Roman" w:eastAsia="Times New Roman"/>
          <w:b w:val="0"/>
          <w:i w:val="0"/>
          <w:sz w:val="25"/>
        </w:rPr>
        <w:t>не маю обставин, що відповідно до чинного законодавства є підставою для відмови у включенні до складу наглядової ради;</w:t>
      </w:r>
    </w:p>
    <w:p>
      <w:pPr>
        <w:spacing w:after="40" w:line="240" w:lineRule="auto"/>
        <w:numPr>
          <w:ilvl w:val="0"/>
          <w:numId w:val="10"/>
        </w:numPr>
      </w:pPr>
      <w:r>
        <w:rPr>
          <w:rFonts w:ascii="Times New Roman" w:hAnsi="Times New Roman" w:eastAsia="Times New Roman"/>
          <w:b w:val="0"/>
          <w:i w:val="0"/>
          <w:sz w:val="25"/>
        </w:rPr>
        <w:t>згоден(на) виконувати обов’язки члена наглядової ради на безоплатній основі;</w:t>
      </w:r>
    </w:p>
    <w:p>
      <w:pPr>
        <w:spacing w:after="40" w:line="240" w:lineRule="auto"/>
        <w:numPr>
          <w:ilvl w:val="0"/>
          <w:numId w:val="10"/>
        </w:numPr>
      </w:pPr>
      <w:r>
        <w:rPr>
          <w:rFonts w:ascii="Times New Roman" w:hAnsi="Times New Roman" w:eastAsia="Times New Roman"/>
          <w:b w:val="0"/>
          <w:i w:val="0"/>
          <w:sz w:val="25"/>
        </w:rPr>
        <w:t>зобов’язуюся дотримуватися вимог законодавства та Положення про наглядову раду в частині конфіденційності інформації з обмеженим доступом.</w:t>
      </w:r>
    </w:p>
    <w:p>
      <w:pPr>
        <w:spacing w:before="240" w:after="0"/>
      </w:pPr>
    </w:p>
    <w:tbl>
      <w:tblPr>
        <w:tblW w:type="dxa" w:w="9634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3600"/>
        <w:gridCol w:w="2400"/>
        <w:gridCol w:w="3634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"____" ______________ 20____ р.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__________________</w:t>
            </w:r>
          </w:p>
        </w:tc>
        <w:tc>
          <w:tcPr>
            <w:tcW w:type="dxa" w:w="36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________________________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5F6978"/>
                <w:sz w:val="19"/>
              </w:rPr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color w:val="5F6978"/>
                <w:sz w:val="19"/>
              </w:rPr>
              <w:t>(підпис)</w:t>
            </w:r>
          </w:p>
        </w:tc>
        <w:tc>
          <w:tcPr>
            <w:tcW w:type="dxa" w:w="36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color w:val="5F6978"/>
                <w:sz w:val="19"/>
              </w:rPr>
              <w:t>(ім’я та прізвище)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1020" w:right="1134" w:bottom="907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Times New Roman" w:hAnsi="Times New Roman" w:eastAsia="Times New Roman"/>
        <w:b w:val="0"/>
        <w:i w:val="0"/>
        <w:color w:val="5F6978"/>
        <w:sz w:val="17"/>
      </w:rPr>
      <w:t>Додаток 14 до наказу ДОН від 06.08.2026 № 193</w:t>
    </w:r>
    <w:r>
      <w:t xml:space="preserve">              </w:t>
    </w:r>
    <w:r>
      <w:rPr>
        <w:rFonts w:ascii="Times New Roman" w:hAnsi="Times New Roman" w:eastAsia="Times New Roman"/>
        <w:b w:val="0"/>
        <w:i w:val="0"/>
        <w:color w:val="5F6978"/>
        <w:sz w:val="18"/>
      </w:rPr>
      <w:t xml:space="preserve">Сторінка </w:t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)"/>
      <w:suff w:val="tab"/>
      <w:pPr>
        <w:tabs>
          <w:tab w:val="num" w:pos="720"/>
        </w:tabs>
        <w:ind w:left="720" w:hanging="36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10274B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B428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B428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color w:val="10274B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